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8479" w14:textId="4FE940A0" w:rsidR="00A32D45" w:rsidRDefault="00000000">
      <w:pPr>
        <w:pStyle w:val="Heading1"/>
        <w:jc w:val="center"/>
      </w:pPr>
      <w:r>
        <w:t xml:space="preserve">APPLICATION FORM FOR </w:t>
      </w:r>
      <w:r w:rsidR="00DB4297">
        <w:t xml:space="preserve">ICSSR </w:t>
      </w:r>
      <w:r>
        <w:t>PROJECT STAFF</w:t>
      </w:r>
    </w:p>
    <w:p w14:paraId="1FAF8EC5" w14:textId="007B881C" w:rsidR="00DB4297" w:rsidRPr="00DB4297" w:rsidRDefault="00DB4297" w:rsidP="00DB42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297">
        <w:rPr>
          <w:rFonts w:ascii="Times New Roman" w:hAnsi="Times New Roman" w:cs="Times New Roman"/>
          <w:b/>
          <w:bCs/>
          <w:sz w:val="28"/>
          <w:szCs w:val="28"/>
        </w:rPr>
        <w:t>Centre for Diaspora Studies,</w:t>
      </w:r>
    </w:p>
    <w:p w14:paraId="71A412D6" w14:textId="1E2141E3" w:rsidR="00DB4297" w:rsidRPr="00DB4297" w:rsidRDefault="00DB4297" w:rsidP="00DB42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297">
        <w:rPr>
          <w:rFonts w:ascii="Times New Roman" w:hAnsi="Times New Roman" w:cs="Times New Roman"/>
          <w:b/>
          <w:bCs/>
          <w:sz w:val="28"/>
          <w:szCs w:val="28"/>
        </w:rPr>
        <w:t xml:space="preserve">Central University of Gujarat, </w:t>
      </w:r>
      <w:proofErr w:type="spellStart"/>
      <w:r w:rsidRPr="00DB4297">
        <w:rPr>
          <w:rFonts w:ascii="Times New Roman" w:hAnsi="Times New Roman" w:cs="Times New Roman"/>
          <w:b/>
          <w:bCs/>
          <w:sz w:val="28"/>
          <w:szCs w:val="28"/>
        </w:rPr>
        <w:t>Kundhela</w:t>
      </w:r>
      <w:proofErr w:type="spellEnd"/>
      <w:r w:rsidRPr="00DB4297">
        <w:rPr>
          <w:rFonts w:ascii="Times New Roman" w:hAnsi="Times New Roman" w:cs="Times New Roman"/>
          <w:b/>
          <w:bCs/>
          <w:sz w:val="28"/>
          <w:szCs w:val="28"/>
        </w:rPr>
        <w:t>, Vadodara.</w:t>
      </w:r>
    </w:p>
    <w:p w14:paraId="393A669B" w14:textId="77777777" w:rsidR="005626C3" w:rsidRDefault="00000000">
      <w:r>
        <w:rPr>
          <w:b/>
        </w:rPr>
        <w:t>ICSSR Major Research Project</w:t>
      </w:r>
      <w:r>
        <w:rPr>
          <w:b/>
        </w:rPr>
        <w:br/>
      </w:r>
      <w:proofErr w:type="spellStart"/>
      <w:r w:rsidRPr="00697DE5">
        <w:rPr>
          <w:b/>
          <w:bCs/>
        </w:rPr>
        <w:t>Project</w:t>
      </w:r>
      <w:proofErr w:type="spellEnd"/>
      <w:r w:rsidRPr="00697DE5">
        <w:rPr>
          <w:b/>
          <w:bCs/>
        </w:rPr>
        <w:t xml:space="preserve"> Title:</w:t>
      </w:r>
      <w:r>
        <w:t xml:space="preserve"> "Post-Kafala Migration Regimes and Development Outcomes: A Study of Indian Migrant </w:t>
      </w:r>
      <w:proofErr w:type="spellStart"/>
      <w:r>
        <w:t>Labour</w:t>
      </w:r>
      <w:proofErr w:type="spellEnd"/>
      <w:r>
        <w:t xml:space="preserve"> Mobility to Saudi Arabia"</w:t>
      </w:r>
    </w:p>
    <w:p w14:paraId="746B4A38" w14:textId="688D6A85" w:rsidR="005626C3" w:rsidRDefault="005626C3">
      <w:r w:rsidRPr="00697DE5">
        <w:rPr>
          <w:b/>
          <w:bCs/>
        </w:rPr>
        <w:t xml:space="preserve">Project </w:t>
      </w:r>
      <w:r w:rsidR="00E25DF7" w:rsidRPr="00697DE5">
        <w:rPr>
          <w:b/>
          <w:bCs/>
        </w:rPr>
        <w:t>Director:</w:t>
      </w:r>
      <w:r>
        <w:t xml:space="preserve"> Dr. Sajaudeen </w:t>
      </w:r>
      <w:proofErr w:type="spellStart"/>
      <w:r>
        <w:t>Nijamodeen</w:t>
      </w:r>
      <w:proofErr w:type="spellEnd"/>
      <w:r>
        <w:t xml:space="preserve"> Chapparban. </w:t>
      </w:r>
    </w:p>
    <w:p w14:paraId="06AFD13B" w14:textId="6A8CDE56" w:rsidR="00A32D45" w:rsidRDefault="00000000">
      <w:r>
        <w:br/>
        <w:t>Position Applied For: □ Research Assistant   □ Field Investigator</w:t>
      </w:r>
    </w:p>
    <w:p w14:paraId="21FA6B8C" w14:textId="77777777" w:rsidR="00A32D45" w:rsidRDefault="00000000">
      <w:pPr>
        <w:pStyle w:val="Heading2"/>
      </w:pPr>
      <w:r>
        <w:t>A.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5162"/>
        <w:gridCol w:w="2880"/>
      </w:tblGrid>
      <w:tr w:rsidR="00A32D45" w14:paraId="2804230A" w14:textId="77777777" w:rsidTr="001D3E14">
        <w:tc>
          <w:tcPr>
            <w:tcW w:w="675" w:type="dxa"/>
          </w:tcPr>
          <w:p w14:paraId="1EFCACA8" w14:textId="77777777" w:rsidR="00A32D45" w:rsidRDefault="00000000">
            <w:r>
              <w:t>Sl.</w:t>
            </w:r>
          </w:p>
        </w:tc>
        <w:tc>
          <w:tcPr>
            <w:tcW w:w="5162" w:type="dxa"/>
          </w:tcPr>
          <w:p w14:paraId="5E7877DB" w14:textId="77777777" w:rsidR="00A32D45" w:rsidRDefault="00000000">
            <w:r>
              <w:t>Particulars</w:t>
            </w:r>
          </w:p>
        </w:tc>
        <w:tc>
          <w:tcPr>
            <w:tcW w:w="2880" w:type="dxa"/>
          </w:tcPr>
          <w:p w14:paraId="4E9AE9B2" w14:textId="77777777" w:rsidR="00A32D45" w:rsidRDefault="00000000">
            <w:r>
              <w:t>Applicant Details</w:t>
            </w:r>
          </w:p>
        </w:tc>
      </w:tr>
      <w:tr w:rsidR="00A32D45" w14:paraId="54DDA951" w14:textId="77777777" w:rsidTr="001D3E14">
        <w:tc>
          <w:tcPr>
            <w:tcW w:w="675" w:type="dxa"/>
          </w:tcPr>
          <w:p w14:paraId="41C0F426" w14:textId="77777777" w:rsidR="00A32D45" w:rsidRDefault="00000000">
            <w:r>
              <w:t>1</w:t>
            </w:r>
          </w:p>
        </w:tc>
        <w:tc>
          <w:tcPr>
            <w:tcW w:w="5162" w:type="dxa"/>
          </w:tcPr>
          <w:p w14:paraId="22633484" w14:textId="77777777" w:rsidR="00A32D45" w:rsidRDefault="00000000">
            <w:r>
              <w:t>Full Name (as per SSC/10th Certificate)</w:t>
            </w:r>
          </w:p>
        </w:tc>
        <w:tc>
          <w:tcPr>
            <w:tcW w:w="2880" w:type="dxa"/>
          </w:tcPr>
          <w:p w14:paraId="52E27635" w14:textId="77777777" w:rsidR="00A32D45" w:rsidRDefault="00A32D45"/>
        </w:tc>
      </w:tr>
      <w:tr w:rsidR="00A32D45" w14:paraId="1B368967" w14:textId="77777777" w:rsidTr="001D3E14">
        <w:tc>
          <w:tcPr>
            <w:tcW w:w="675" w:type="dxa"/>
          </w:tcPr>
          <w:p w14:paraId="56B56F00" w14:textId="77777777" w:rsidR="00A32D45" w:rsidRDefault="00000000">
            <w:r>
              <w:t>2</w:t>
            </w:r>
          </w:p>
        </w:tc>
        <w:tc>
          <w:tcPr>
            <w:tcW w:w="5162" w:type="dxa"/>
          </w:tcPr>
          <w:p w14:paraId="09704665" w14:textId="77777777" w:rsidR="00A32D45" w:rsidRDefault="00000000">
            <w:r>
              <w:t>Gender</w:t>
            </w:r>
          </w:p>
        </w:tc>
        <w:tc>
          <w:tcPr>
            <w:tcW w:w="2880" w:type="dxa"/>
          </w:tcPr>
          <w:p w14:paraId="334939AE" w14:textId="77777777" w:rsidR="00A32D45" w:rsidRDefault="00A32D45"/>
        </w:tc>
      </w:tr>
      <w:tr w:rsidR="00A32D45" w14:paraId="4E8D0DFC" w14:textId="77777777" w:rsidTr="001D3E14">
        <w:tc>
          <w:tcPr>
            <w:tcW w:w="675" w:type="dxa"/>
          </w:tcPr>
          <w:p w14:paraId="1641E8F2" w14:textId="77777777" w:rsidR="00A32D45" w:rsidRDefault="00000000">
            <w:r>
              <w:t>3</w:t>
            </w:r>
          </w:p>
        </w:tc>
        <w:tc>
          <w:tcPr>
            <w:tcW w:w="5162" w:type="dxa"/>
          </w:tcPr>
          <w:p w14:paraId="79924C0D" w14:textId="77777777" w:rsidR="00A32D45" w:rsidRDefault="00000000">
            <w:r>
              <w:t>Date of Birth (Age)</w:t>
            </w:r>
          </w:p>
        </w:tc>
        <w:tc>
          <w:tcPr>
            <w:tcW w:w="2880" w:type="dxa"/>
          </w:tcPr>
          <w:p w14:paraId="7C7C7B24" w14:textId="77777777" w:rsidR="00A32D45" w:rsidRDefault="00A32D45"/>
        </w:tc>
      </w:tr>
      <w:tr w:rsidR="00A32D45" w14:paraId="48307AB0" w14:textId="77777777" w:rsidTr="001D3E14">
        <w:tc>
          <w:tcPr>
            <w:tcW w:w="675" w:type="dxa"/>
          </w:tcPr>
          <w:p w14:paraId="145E6AC5" w14:textId="77777777" w:rsidR="00A32D45" w:rsidRDefault="00000000">
            <w:r>
              <w:t>4</w:t>
            </w:r>
          </w:p>
        </w:tc>
        <w:tc>
          <w:tcPr>
            <w:tcW w:w="5162" w:type="dxa"/>
          </w:tcPr>
          <w:p w14:paraId="0532C277" w14:textId="77777777" w:rsidR="00A32D45" w:rsidRDefault="00000000">
            <w:r>
              <w:t>Category (UR/OBC/SC/ST/EWS/</w:t>
            </w:r>
            <w:proofErr w:type="spellStart"/>
            <w:r>
              <w:t>PwD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14:paraId="075AF9DE" w14:textId="77777777" w:rsidR="00A32D45" w:rsidRDefault="00A32D45"/>
        </w:tc>
      </w:tr>
      <w:tr w:rsidR="00A32D45" w14:paraId="6F7D8B9C" w14:textId="77777777" w:rsidTr="001D3E14">
        <w:tc>
          <w:tcPr>
            <w:tcW w:w="675" w:type="dxa"/>
          </w:tcPr>
          <w:p w14:paraId="06DF7EE5" w14:textId="77777777" w:rsidR="00A32D45" w:rsidRDefault="00000000">
            <w:r>
              <w:t>5</w:t>
            </w:r>
          </w:p>
        </w:tc>
        <w:tc>
          <w:tcPr>
            <w:tcW w:w="5162" w:type="dxa"/>
          </w:tcPr>
          <w:p w14:paraId="4713B935" w14:textId="77777777" w:rsidR="00A32D45" w:rsidRDefault="00000000">
            <w:r>
              <w:t>Nationality</w:t>
            </w:r>
          </w:p>
        </w:tc>
        <w:tc>
          <w:tcPr>
            <w:tcW w:w="2880" w:type="dxa"/>
          </w:tcPr>
          <w:p w14:paraId="5AB511ED" w14:textId="77777777" w:rsidR="00A32D45" w:rsidRDefault="00A32D45"/>
        </w:tc>
      </w:tr>
      <w:tr w:rsidR="00A32D45" w14:paraId="28A748D9" w14:textId="77777777" w:rsidTr="001D3E14">
        <w:tc>
          <w:tcPr>
            <w:tcW w:w="675" w:type="dxa"/>
          </w:tcPr>
          <w:p w14:paraId="3E61C9B2" w14:textId="77777777" w:rsidR="00A32D45" w:rsidRDefault="00000000">
            <w:r>
              <w:t>6</w:t>
            </w:r>
          </w:p>
        </w:tc>
        <w:tc>
          <w:tcPr>
            <w:tcW w:w="5162" w:type="dxa"/>
          </w:tcPr>
          <w:p w14:paraId="48838C67" w14:textId="77777777" w:rsidR="00A32D45" w:rsidRDefault="00000000">
            <w:r>
              <w:t>Correspondence Address</w:t>
            </w:r>
          </w:p>
        </w:tc>
        <w:tc>
          <w:tcPr>
            <w:tcW w:w="2880" w:type="dxa"/>
          </w:tcPr>
          <w:p w14:paraId="79AE23FB" w14:textId="77777777" w:rsidR="00A32D45" w:rsidRDefault="00A32D45"/>
        </w:tc>
      </w:tr>
      <w:tr w:rsidR="00A32D45" w14:paraId="304EC9E7" w14:textId="77777777" w:rsidTr="001D3E14">
        <w:tc>
          <w:tcPr>
            <w:tcW w:w="675" w:type="dxa"/>
          </w:tcPr>
          <w:p w14:paraId="34A27FA1" w14:textId="77777777" w:rsidR="00A32D45" w:rsidRDefault="00000000">
            <w:r>
              <w:t>7</w:t>
            </w:r>
          </w:p>
        </w:tc>
        <w:tc>
          <w:tcPr>
            <w:tcW w:w="5162" w:type="dxa"/>
          </w:tcPr>
          <w:p w14:paraId="59071250" w14:textId="77777777" w:rsidR="00A32D45" w:rsidRDefault="00000000">
            <w:r>
              <w:t>Permanent Address</w:t>
            </w:r>
          </w:p>
        </w:tc>
        <w:tc>
          <w:tcPr>
            <w:tcW w:w="2880" w:type="dxa"/>
          </w:tcPr>
          <w:p w14:paraId="7F566432" w14:textId="77777777" w:rsidR="00A32D45" w:rsidRDefault="00A32D45"/>
        </w:tc>
      </w:tr>
      <w:tr w:rsidR="00A32D45" w14:paraId="2BAB6F27" w14:textId="77777777" w:rsidTr="001D3E14">
        <w:tc>
          <w:tcPr>
            <w:tcW w:w="675" w:type="dxa"/>
          </w:tcPr>
          <w:p w14:paraId="59A46095" w14:textId="77777777" w:rsidR="00A32D45" w:rsidRDefault="00000000">
            <w:r>
              <w:t>8</w:t>
            </w:r>
          </w:p>
        </w:tc>
        <w:tc>
          <w:tcPr>
            <w:tcW w:w="5162" w:type="dxa"/>
          </w:tcPr>
          <w:p w14:paraId="121A20C7" w14:textId="77777777" w:rsidR="00A32D45" w:rsidRDefault="00000000">
            <w:r>
              <w:t>Mobile Number</w:t>
            </w:r>
          </w:p>
        </w:tc>
        <w:tc>
          <w:tcPr>
            <w:tcW w:w="2880" w:type="dxa"/>
          </w:tcPr>
          <w:p w14:paraId="0F68344F" w14:textId="77777777" w:rsidR="00A32D45" w:rsidRDefault="00A32D45"/>
        </w:tc>
      </w:tr>
      <w:tr w:rsidR="00A32D45" w14:paraId="2AEE0BFA" w14:textId="77777777" w:rsidTr="001D3E14">
        <w:tc>
          <w:tcPr>
            <w:tcW w:w="675" w:type="dxa"/>
          </w:tcPr>
          <w:p w14:paraId="6AD3E456" w14:textId="77777777" w:rsidR="00A32D45" w:rsidRDefault="00000000">
            <w:r>
              <w:t>9</w:t>
            </w:r>
          </w:p>
        </w:tc>
        <w:tc>
          <w:tcPr>
            <w:tcW w:w="5162" w:type="dxa"/>
          </w:tcPr>
          <w:p w14:paraId="5DEBA7C8" w14:textId="77777777" w:rsidR="00A32D45" w:rsidRDefault="00000000">
            <w:r>
              <w:t>E-mail Address</w:t>
            </w:r>
          </w:p>
        </w:tc>
        <w:tc>
          <w:tcPr>
            <w:tcW w:w="2880" w:type="dxa"/>
          </w:tcPr>
          <w:p w14:paraId="34909D44" w14:textId="77777777" w:rsidR="00A32D45" w:rsidRDefault="00A32D45"/>
        </w:tc>
      </w:tr>
      <w:tr w:rsidR="00A32D45" w14:paraId="17FA37EA" w14:textId="77777777" w:rsidTr="001D3E14">
        <w:tc>
          <w:tcPr>
            <w:tcW w:w="675" w:type="dxa"/>
          </w:tcPr>
          <w:p w14:paraId="094E3A3C" w14:textId="77777777" w:rsidR="00A32D45" w:rsidRDefault="00000000">
            <w:r>
              <w:t>10</w:t>
            </w:r>
          </w:p>
        </w:tc>
        <w:tc>
          <w:tcPr>
            <w:tcW w:w="5162" w:type="dxa"/>
          </w:tcPr>
          <w:p w14:paraId="191CBD0E" w14:textId="77777777" w:rsidR="00A32D45" w:rsidRDefault="00000000">
            <w:r>
              <w:t>Are you employed? If yes, provide details.</w:t>
            </w:r>
          </w:p>
        </w:tc>
        <w:tc>
          <w:tcPr>
            <w:tcW w:w="2880" w:type="dxa"/>
          </w:tcPr>
          <w:p w14:paraId="7E8D90D5" w14:textId="77777777" w:rsidR="00A32D45" w:rsidRDefault="00A32D45"/>
        </w:tc>
      </w:tr>
      <w:tr w:rsidR="00A32D45" w14:paraId="588D0D68" w14:textId="77777777" w:rsidTr="001D3E14">
        <w:tc>
          <w:tcPr>
            <w:tcW w:w="675" w:type="dxa"/>
          </w:tcPr>
          <w:p w14:paraId="753FBB49" w14:textId="77777777" w:rsidR="00A32D45" w:rsidRDefault="00000000">
            <w:r>
              <w:t>11</w:t>
            </w:r>
          </w:p>
        </w:tc>
        <w:tc>
          <w:tcPr>
            <w:tcW w:w="5162" w:type="dxa"/>
          </w:tcPr>
          <w:p w14:paraId="2900D0F6" w14:textId="77777777" w:rsidR="00A32D45" w:rsidRDefault="00000000">
            <w:r>
              <w:t>Receiving any fellowship? If yes, specify.</w:t>
            </w:r>
          </w:p>
        </w:tc>
        <w:tc>
          <w:tcPr>
            <w:tcW w:w="2880" w:type="dxa"/>
          </w:tcPr>
          <w:p w14:paraId="1F5D4782" w14:textId="77777777" w:rsidR="00A32D45" w:rsidRDefault="00A32D45"/>
        </w:tc>
      </w:tr>
    </w:tbl>
    <w:p w14:paraId="36483E0D" w14:textId="77777777" w:rsidR="00A32D45" w:rsidRDefault="00000000">
      <w:pPr>
        <w:pStyle w:val="Heading2"/>
      </w:pPr>
      <w:r>
        <w:t>B. Educational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1873"/>
        <w:gridCol w:w="864"/>
        <w:gridCol w:w="1618"/>
        <w:gridCol w:w="715"/>
        <w:gridCol w:w="1945"/>
        <w:gridCol w:w="847"/>
      </w:tblGrid>
      <w:tr w:rsidR="00A32D45" w14:paraId="0BC51279" w14:textId="77777777">
        <w:tc>
          <w:tcPr>
            <w:tcW w:w="1234" w:type="dxa"/>
          </w:tcPr>
          <w:p w14:paraId="0C814873" w14:textId="77777777" w:rsidR="00A32D45" w:rsidRDefault="00000000">
            <w:r>
              <w:t>Exam</w:t>
            </w:r>
          </w:p>
        </w:tc>
        <w:tc>
          <w:tcPr>
            <w:tcW w:w="1234" w:type="dxa"/>
          </w:tcPr>
          <w:p w14:paraId="56C52171" w14:textId="77777777" w:rsidR="00A32D45" w:rsidRDefault="00000000">
            <w:r>
              <w:t>University/Board</w:t>
            </w:r>
          </w:p>
        </w:tc>
        <w:tc>
          <w:tcPr>
            <w:tcW w:w="1234" w:type="dxa"/>
          </w:tcPr>
          <w:p w14:paraId="63A0D8B2" w14:textId="77777777" w:rsidR="00A32D45" w:rsidRDefault="00000000">
            <w:r>
              <w:t>Year</w:t>
            </w:r>
          </w:p>
        </w:tc>
        <w:tc>
          <w:tcPr>
            <w:tcW w:w="1234" w:type="dxa"/>
          </w:tcPr>
          <w:p w14:paraId="2CA60D0A" w14:textId="77777777" w:rsidR="00A32D45" w:rsidRDefault="00000000">
            <w:r>
              <w:t>Division/CGPA</w:t>
            </w:r>
          </w:p>
        </w:tc>
        <w:tc>
          <w:tcPr>
            <w:tcW w:w="1234" w:type="dxa"/>
          </w:tcPr>
          <w:p w14:paraId="794F1371" w14:textId="77777777" w:rsidR="00A32D45" w:rsidRDefault="00000000">
            <w:r>
              <w:t>%</w:t>
            </w:r>
          </w:p>
        </w:tc>
        <w:tc>
          <w:tcPr>
            <w:tcW w:w="1234" w:type="dxa"/>
          </w:tcPr>
          <w:p w14:paraId="69A9DBF2" w14:textId="77777777" w:rsidR="00A32D45" w:rsidRDefault="00000000">
            <w:r>
              <w:t>Subject/Discipline</w:t>
            </w:r>
          </w:p>
        </w:tc>
        <w:tc>
          <w:tcPr>
            <w:tcW w:w="1234" w:type="dxa"/>
          </w:tcPr>
          <w:p w14:paraId="3467C388" w14:textId="77777777" w:rsidR="00A32D45" w:rsidRDefault="00000000">
            <w:r>
              <w:t>Doc. No.</w:t>
            </w:r>
          </w:p>
        </w:tc>
      </w:tr>
      <w:tr w:rsidR="00A32D45" w14:paraId="5E5E1770" w14:textId="77777777">
        <w:tc>
          <w:tcPr>
            <w:tcW w:w="1234" w:type="dxa"/>
          </w:tcPr>
          <w:p w14:paraId="22626C2C" w14:textId="77777777" w:rsidR="00A32D45" w:rsidRDefault="00000000">
            <w:r>
              <w:t>Ph.D.</w:t>
            </w:r>
          </w:p>
        </w:tc>
        <w:tc>
          <w:tcPr>
            <w:tcW w:w="1234" w:type="dxa"/>
          </w:tcPr>
          <w:p w14:paraId="34DCA103" w14:textId="77777777" w:rsidR="00A32D45" w:rsidRDefault="00A32D45"/>
        </w:tc>
        <w:tc>
          <w:tcPr>
            <w:tcW w:w="1234" w:type="dxa"/>
          </w:tcPr>
          <w:p w14:paraId="0F19BF71" w14:textId="77777777" w:rsidR="00A32D45" w:rsidRDefault="00A32D45"/>
        </w:tc>
        <w:tc>
          <w:tcPr>
            <w:tcW w:w="1234" w:type="dxa"/>
          </w:tcPr>
          <w:p w14:paraId="69D2133C" w14:textId="77777777" w:rsidR="00A32D45" w:rsidRDefault="00A32D45"/>
        </w:tc>
        <w:tc>
          <w:tcPr>
            <w:tcW w:w="1234" w:type="dxa"/>
          </w:tcPr>
          <w:p w14:paraId="3B38E60C" w14:textId="77777777" w:rsidR="00A32D45" w:rsidRDefault="00A32D45"/>
        </w:tc>
        <w:tc>
          <w:tcPr>
            <w:tcW w:w="1234" w:type="dxa"/>
          </w:tcPr>
          <w:p w14:paraId="10DE40DD" w14:textId="77777777" w:rsidR="00A32D45" w:rsidRDefault="00A32D45"/>
        </w:tc>
        <w:tc>
          <w:tcPr>
            <w:tcW w:w="1234" w:type="dxa"/>
          </w:tcPr>
          <w:p w14:paraId="396B2458" w14:textId="77777777" w:rsidR="00A32D45" w:rsidRDefault="00A32D45"/>
        </w:tc>
      </w:tr>
      <w:tr w:rsidR="00A32D45" w14:paraId="0780DEDF" w14:textId="77777777">
        <w:tc>
          <w:tcPr>
            <w:tcW w:w="1234" w:type="dxa"/>
          </w:tcPr>
          <w:p w14:paraId="5AB60ADD" w14:textId="77777777" w:rsidR="00A32D45" w:rsidRDefault="00000000">
            <w:r>
              <w:t>M.Phil.</w:t>
            </w:r>
          </w:p>
        </w:tc>
        <w:tc>
          <w:tcPr>
            <w:tcW w:w="1234" w:type="dxa"/>
          </w:tcPr>
          <w:p w14:paraId="14CB9EB3" w14:textId="77777777" w:rsidR="00A32D45" w:rsidRDefault="00A32D45"/>
        </w:tc>
        <w:tc>
          <w:tcPr>
            <w:tcW w:w="1234" w:type="dxa"/>
          </w:tcPr>
          <w:p w14:paraId="6293E768" w14:textId="77777777" w:rsidR="00A32D45" w:rsidRDefault="00A32D45"/>
        </w:tc>
        <w:tc>
          <w:tcPr>
            <w:tcW w:w="1234" w:type="dxa"/>
          </w:tcPr>
          <w:p w14:paraId="5F216B54" w14:textId="77777777" w:rsidR="00A32D45" w:rsidRDefault="00A32D45"/>
        </w:tc>
        <w:tc>
          <w:tcPr>
            <w:tcW w:w="1234" w:type="dxa"/>
          </w:tcPr>
          <w:p w14:paraId="201F5A99" w14:textId="77777777" w:rsidR="00A32D45" w:rsidRDefault="00A32D45"/>
        </w:tc>
        <w:tc>
          <w:tcPr>
            <w:tcW w:w="1234" w:type="dxa"/>
          </w:tcPr>
          <w:p w14:paraId="6DE35454" w14:textId="77777777" w:rsidR="00A32D45" w:rsidRDefault="00A32D45"/>
        </w:tc>
        <w:tc>
          <w:tcPr>
            <w:tcW w:w="1234" w:type="dxa"/>
          </w:tcPr>
          <w:p w14:paraId="452715EC" w14:textId="77777777" w:rsidR="00A32D45" w:rsidRDefault="00A32D45"/>
        </w:tc>
      </w:tr>
      <w:tr w:rsidR="00A32D45" w14:paraId="426C822B" w14:textId="77777777">
        <w:tc>
          <w:tcPr>
            <w:tcW w:w="1234" w:type="dxa"/>
          </w:tcPr>
          <w:p w14:paraId="75F2C635" w14:textId="77777777" w:rsidR="00A32D45" w:rsidRDefault="00000000">
            <w:r>
              <w:t>PG</w:t>
            </w:r>
          </w:p>
        </w:tc>
        <w:tc>
          <w:tcPr>
            <w:tcW w:w="1234" w:type="dxa"/>
          </w:tcPr>
          <w:p w14:paraId="7DAADE1B" w14:textId="77777777" w:rsidR="00A32D45" w:rsidRDefault="00A32D45"/>
        </w:tc>
        <w:tc>
          <w:tcPr>
            <w:tcW w:w="1234" w:type="dxa"/>
          </w:tcPr>
          <w:p w14:paraId="1F179F95" w14:textId="77777777" w:rsidR="00A32D45" w:rsidRDefault="00A32D45"/>
        </w:tc>
        <w:tc>
          <w:tcPr>
            <w:tcW w:w="1234" w:type="dxa"/>
          </w:tcPr>
          <w:p w14:paraId="6851CEA6" w14:textId="77777777" w:rsidR="00A32D45" w:rsidRDefault="00A32D45"/>
        </w:tc>
        <w:tc>
          <w:tcPr>
            <w:tcW w:w="1234" w:type="dxa"/>
          </w:tcPr>
          <w:p w14:paraId="2571A700" w14:textId="77777777" w:rsidR="00A32D45" w:rsidRDefault="00A32D45"/>
        </w:tc>
        <w:tc>
          <w:tcPr>
            <w:tcW w:w="1234" w:type="dxa"/>
          </w:tcPr>
          <w:p w14:paraId="142065AC" w14:textId="77777777" w:rsidR="00A32D45" w:rsidRDefault="00A32D45"/>
        </w:tc>
        <w:tc>
          <w:tcPr>
            <w:tcW w:w="1234" w:type="dxa"/>
          </w:tcPr>
          <w:p w14:paraId="39E93394" w14:textId="77777777" w:rsidR="00A32D45" w:rsidRDefault="00A32D45"/>
        </w:tc>
      </w:tr>
      <w:tr w:rsidR="00A32D45" w14:paraId="59493977" w14:textId="77777777">
        <w:tc>
          <w:tcPr>
            <w:tcW w:w="1234" w:type="dxa"/>
          </w:tcPr>
          <w:p w14:paraId="57CA7773" w14:textId="77777777" w:rsidR="00A32D45" w:rsidRDefault="00000000">
            <w:r>
              <w:t>UG</w:t>
            </w:r>
          </w:p>
        </w:tc>
        <w:tc>
          <w:tcPr>
            <w:tcW w:w="1234" w:type="dxa"/>
          </w:tcPr>
          <w:p w14:paraId="0D5549BA" w14:textId="77777777" w:rsidR="00A32D45" w:rsidRDefault="00A32D45"/>
        </w:tc>
        <w:tc>
          <w:tcPr>
            <w:tcW w:w="1234" w:type="dxa"/>
          </w:tcPr>
          <w:p w14:paraId="1BFA1AF9" w14:textId="77777777" w:rsidR="00A32D45" w:rsidRDefault="00A32D45"/>
        </w:tc>
        <w:tc>
          <w:tcPr>
            <w:tcW w:w="1234" w:type="dxa"/>
          </w:tcPr>
          <w:p w14:paraId="64E970FC" w14:textId="77777777" w:rsidR="00A32D45" w:rsidRDefault="00A32D45"/>
        </w:tc>
        <w:tc>
          <w:tcPr>
            <w:tcW w:w="1234" w:type="dxa"/>
          </w:tcPr>
          <w:p w14:paraId="6AA06C07" w14:textId="77777777" w:rsidR="00A32D45" w:rsidRDefault="00A32D45"/>
        </w:tc>
        <w:tc>
          <w:tcPr>
            <w:tcW w:w="1234" w:type="dxa"/>
          </w:tcPr>
          <w:p w14:paraId="275D4BBF" w14:textId="77777777" w:rsidR="00A32D45" w:rsidRDefault="00A32D45"/>
        </w:tc>
        <w:tc>
          <w:tcPr>
            <w:tcW w:w="1234" w:type="dxa"/>
          </w:tcPr>
          <w:p w14:paraId="412F93E3" w14:textId="77777777" w:rsidR="00A32D45" w:rsidRDefault="00A32D45"/>
        </w:tc>
      </w:tr>
      <w:tr w:rsidR="00A32D45" w14:paraId="6861566B" w14:textId="77777777">
        <w:tc>
          <w:tcPr>
            <w:tcW w:w="1234" w:type="dxa"/>
          </w:tcPr>
          <w:p w14:paraId="692E6770" w14:textId="77777777" w:rsidR="00A32D45" w:rsidRDefault="00000000">
            <w:r>
              <w:t>XII</w:t>
            </w:r>
          </w:p>
        </w:tc>
        <w:tc>
          <w:tcPr>
            <w:tcW w:w="1234" w:type="dxa"/>
          </w:tcPr>
          <w:p w14:paraId="34433264" w14:textId="77777777" w:rsidR="00A32D45" w:rsidRDefault="00A32D45"/>
        </w:tc>
        <w:tc>
          <w:tcPr>
            <w:tcW w:w="1234" w:type="dxa"/>
          </w:tcPr>
          <w:p w14:paraId="10F10617" w14:textId="77777777" w:rsidR="00A32D45" w:rsidRDefault="00A32D45"/>
        </w:tc>
        <w:tc>
          <w:tcPr>
            <w:tcW w:w="1234" w:type="dxa"/>
          </w:tcPr>
          <w:p w14:paraId="09835914" w14:textId="77777777" w:rsidR="00A32D45" w:rsidRDefault="00A32D45"/>
        </w:tc>
        <w:tc>
          <w:tcPr>
            <w:tcW w:w="1234" w:type="dxa"/>
          </w:tcPr>
          <w:p w14:paraId="0EFD1B00" w14:textId="77777777" w:rsidR="00A32D45" w:rsidRDefault="00A32D45"/>
        </w:tc>
        <w:tc>
          <w:tcPr>
            <w:tcW w:w="1234" w:type="dxa"/>
          </w:tcPr>
          <w:p w14:paraId="1F019476" w14:textId="77777777" w:rsidR="00A32D45" w:rsidRDefault="00A32D45"/>
        </w:tc>
        <w:tc>
          <w:tcPr>
            <w:tcW w:w="1234" w:type="dxa"/>
          </w:tcPr>
          <w:p w14:paraId="1AA934F5" w14:textId="77777777" w:rsidR="00A32D45" w:rsidRDefault="00A32D45"/>
        </w:tc>
      </w:tr>
      <w:tr w:rsidR="00A32D45" w14:paraId="3A155142" w14:textId="77777777">
        <w:tc>
          <w:tcPr>
            <w:tcW w:w="1234" w:type="dxa"/>
          </w:tcPr>
          <w:p w14:paraId="793D48A5" w14:textId="77777777" w:rsidR="00A32D45" w:rsidRDefault="00000000">
            <w:r>
              <w:t>X</w:t>
            </w:r>
          </w:p>
        </w:tc>
        <w:tc>
          <w:tcPr>
            <w:tcW w:w="1234" w:type="dxa"/>
          </w:tcPr>
          <w:p w14:paraId="3F18D2DC" w14:textId="77777777" w:rsidR="00A32D45" w:rsidRDefault="00A32D45"/>
        </w:tc>
        <w:tc>
          <w:tcPr>
            <w:tcW w:w="1234" w:type="dxa"/>
          </w:tcPr>
          <w:p w14:paraId="365E1192" w14:textId="77777777" w:rsidR="00A32D45" w:rsidRDefault="00A32D45"/>
        </w:tc>
        <w:tc>
          <w:tcPr>
            <w:tcW w:w="1234" w:type="dxa"/>
          </w:tcPr>
          <w:p w14:paraId="51D4EB19" w14:textId="77777777" w:rsidR="00A32D45" w:rsidRDefault="00A32D45"/>
        </w:tc>
        <w:tc>
          <w:tcPr>
            <w:tcW w:w="1234" w:type="dxa"/>
          </w:tcPr>
          <w:p w14:paraId="704C0ED9" w14:textId="77777777" w:rsidR="00A32D45" w:rsidRDefault="00A32D45"/>
        </w:tc>
        <w:tc>
          <w:tcPr>
            <w:tcW w:w="1234" w:type="dxa"/>
          </w:tcPr>
          <w:p w14:paraId="30E282D5" w14:textId="77777777" w:rsidR="00A32D45" w:rsidRDefault="00A32D45"/>
        </w:tc>
        <w:tc>
          <w:tcPr>
            <w:tcW w:w="1234" w:type="dxa"/>
          </w:tcPr>
          <w:p w14:paraId="7CC203B6" w14:textId="77777777" w:rsidR="00A32D45" w:rsidRDefault="00A32D45"/>
        </w:tc>
      </w:tr>
      <w:tr w:rsidR="00A32D45" w14:paraId="22DEF1B1" w14:textId="77777777">
        <w:tc>
          <w:tcPr>
            <w:tcW w:w="1234" w:type="dxa"/>
          </w:tcPr>
          <w:p w14:paraId="5EDB196E" w14:textId="77777777" w:rsidR="00A32D45" w:rsidRDefault="00000000">
            <w:r>
              <w:t>Others</w:t>
            </w:r>
          </w:p>
        </w:tc>
        <w:tc>
          <w:tcPr>
            <w:tcW w:w="1234" w:type="dxa"/>
          </w:tcPr>
          <w:p w14:paraId="166B839B" w14:textId="77777777" w:rsidR="00A32D45" w:rsidRDefault="00A32D45"/>
        </w:tc>
        <w:tc>
          <w:tcPr>
            <w:tcW w:w="1234" w:type="dxa"/>
          </w:tcPr>
          <w:p w14:paraId="35A48157" w14:textId="77777777" w:rsidR="00A32D45" w:rsidRDefault="00A32D45"/>
        </w:tc>
        <w:tc>
          <w:tcPr>
            <w:tcW w:w="1234" w:type="dxa"/>
          </w:tcPr>
          <w:p w14:paraId="0302AAA5" w14:textId="77777777" w:rsidR="00A32D45" w:rsidRDefault="00A32D45"/>
        </w:tc>
        <w:tc>
          <w:tcPr>
            <w:tcW w:w="1234" w:type="dxa"/>
          </w:tcPr>
          <w:p w14:paraId="18592CB9" w14:textId="77777777" w:rsidR="00A32D45" w:rsidRDefault="00A32D45"/>
        </w:tc>
        <w:tc>
          <w:tcPr>
            <w:tcW w:w="1234" w:type="dxa"/>
          </w:tcPr>
          <w:p w14:paraId="30157234" w14:textId="77777777" w:rsidR="00A32D45" w:rsidRDefault="00A32D45"/>
        </w:tc>
        <w:tc>
          <w:tcPr>
            <w:tcW w:w="1234" w:type="dxa"/>
          </w:tcPr>
          <w:p w14:paraId="41CAF9D3" w14:textId="77777777" w:rsidR="00A32D45" w:rsidRDefault="00A32D45"/>
        </w:tc>
      </w:tr>
    </w:tbl>
    <w:p w14:paraId="56478882" w14:textId="4188953C" w:rsidR="004E70BB" w:rsidRPr="004E70BB" w:rsidRDefault="004E70BB">
      <w:pPr>
        <w:pStyle w:val="Heading2"/>
        <w:rPr>
          <w:i/>
          <w:iCs/>
        </w:rPr>
      </w:pPr>
      <w:r w:rsidRPr="004E70BB">
        <w:rPr>
          <w:i/>
          <w:iCs/>
        </w:rPr>
        <w:t xml:space="preserve">* Attach a soft copy of all educational documents. </w:t>
      </w:r>
    </w:p>
    <w:p w14:paraId="5DEAC534" w14:textId="4E816D36" w:rsidR="00A32D45" w:rsidRDefault="00000000">
      <w:pPr>
        <w:pStyle w:val="Heading2"/>
      </w:pPr>
      <w:r>
        <w:t>C. Research Profile</w:t>
      </w:r>
    </w:p>
    <w:p w14:paraId="129C34AF" w14:textId="77777777" w:rsidR="00A32D45" w:rsidRDefault="00000000">
      <w:pPr>
        <w:pStyle w:val="ListBullet"/>
      </w:pPr>
      <w:r>
        <w:t>Title of Ph.D. (completed/ongoing): ______________________________</w:t>
      </w:r>
    </w:p>
    <w:p w14:paraId="0D9DDA6B" w14:textId="77777777" w:rsidR="00A32D45" w:rsidRDefault="00000000">
      <w:pPr>
        <w:pStyle w:val="ListBullet"/>
      </w:pPr>
      <w:r>
        <w:t>Supervisor: _______________________ Year of Admission/Award: ____________</w:t>
      </w:r>
    </w:p>
    <w:p w14:paraId="7BD1013A" w14:textId="77777777" w:rsidR="00A32D45" w:rsidRDefault="00000000">
      <w:pPr>
        <w:pStyle w:val="ListBullet"/>
      </w:pPr>
      <w:r>
        <w:lastRenderedPageBreak/>
        <w:t>Brief Summary of Ph.D./Research Work (200–300 words):</w:t>
      </w:r>
    </w:p>
    <w:p w14:paraId="5133A0C6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08456544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7043951C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30171B62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1C28FD6B" w14:textId="77777777" w:rsidR="00A32D45" w:rsidRDefault="00000000">
      <w:pPr>
        <w:pStyle w:val="ListBullet"/>
      </w:pPr>
      <w:r>
        <w:t>Research Interests:</w:t>
      </w:r>
    </w:p>
    <w:p w14:paraId="6B8EA259" w14:textId="77777777" w:rsidR="00A32D45" w:rsidRDefault="00000000">
      <w:pPr>
        <w:pStyle w:val="ListBullet"/>
      </w:pPr>
      <w:r>
        <w:t>Research Skills (Literature Review, Qualitative/Quantitative Methods, Interviewing, Survey Design, Data Analysis, Academic Writing, Report Writing, Transcription, Coding, etc.):</w:t>
      </w:r>
    </w:p>
    <w:p w14:paraId="7EA4CE72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39DFA75B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59F71E2D" w14:textId="77777777" w:rsidR="00A32D45" w:rsidRDefault="00000000">
      <w:pPr>
        <w:pStyle w:val="ListBullet"/>
      </w:pPr>
      <w:r>
        <w:t xml:space="preserve">Computer Skills (MS Office, Google Workspace, SPSS/STATA/R, NVivo, </w:t>
      </w:r>
      <w:proofErr w:type="spellStart"/>
      <w:r>
        <w:t>Atlas.ti</w:t>
      </w:r>
      <w:proofErr w:type="spellEnd"/>
      <w:r>
        <w:t xml:space="preserve">, </w:t>
      </w:r>
      <w:proofErr w:type="spellStart"/>
      <w:r>
        <w:t>KoboToolbox</w:t>
      </w:r>
      <w:proofErr w:type="spellEnd"/>
      <w:r>
        <w:t xml:space="preserve">, </w:t>
      </w:r>
      <w:proofErr w:type="spellStart"/>
      <w:r>
        <w:t>SurveyCTO</w:t>
      </w:r>
      <w:proofErr w:type="spellEnd"/>
      <w:r>
        <w:t>, Google Forms, AI tools, etc.):</w:t>
      </w:r>
    </w:p>
    <w:p w14:paraId="0B4F0664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1736A3CC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784D8946" w14:textId="26368820" w:rsidR="00A32D45" w:rsidRDefault="00000000">
      <w:pPr>
        <w:pStyle w:val="ListBullet"/>
      </w:pPr>
      <w:r>
        <w:t>Languages Known (English/Hindi/Marathi/Urdu/Others)</w:t>
      </w:r>
    </w:p>
    <w:p w14:paraId="33A43CDE" w14:textId="77777777" w:rsidR="00697DE5" w:rsidRDefault="00697DE5" w:rsidP="00697DE5">
      <w:pPr>
        <w:pStyle w:val="ListBullet"/>
        <w:numPr>
          <w:ilvl w:val="0"/>
          <w:numId w:val="0"/>
        </w:numPr>
        <w:ind w:left="360"/>
      </w:pPr>
    </w:p>
    <w:p w14:paraId="48DCCFCF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519835F8" w14:textId="77777777" w:rsidR="00A32D45" w:rsidRDefault="00000000">
      <w:pPr>
        <w:pStyle w:val="ListBullet"/>
      </w:pPr>
      <w:r>
        <w:t>Research Project Experience (Title, Funding Agency, Role, Duration):</w:t>
      </w:r>
    </w:p>
    <w:p w14:paraId="2971EDFC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575B4887" w14:textId="77777777" w:rsidR="00A32D45" w:rsidRDefault="00000000">
      <w:pPr>
        <w:pStyle w:val="ListBullet"/>
      </w:pPr>
      <w:r>
        <w:t>Publications/Conference Presentations/Fellowships/Awards (if any):</w:t>
      </w:r>
    </w:p>
    <w:p w14:paraId="4548B5DE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73E2FADF" w14:textId="77777777" w:rsidR="001D3E14" w:rsidRDefault="001D3E14" w:rsidP="001D3E14">
      <w:pPr>
        <w:pStyle w:val="ListBullet"/>
        <w:numPr>
          <w:ilvl w:val="0"/>
          <w:numId w:val="0"/>
        </w:numPr>
        <w:ind w:left="360"/>
      </w:pPr>
    </w:p>
    <w:p w14:paraId="63FA5049" w14:textId="77777777" w:rsidR="00A32D45" w:rsidRDefault="00000000">
      <w:pPr>
        <w:pStyle w:val="Heading2"/>
      </w:pPr>
      <w:r>
        <w:t>D. Documents Enclosed</w:t>
      </w:r>
    </w:p>
    <w:p w14:paraId="14E6FA48" w14:textId="77777777" w:rsidR="00A32D45" w:rsidRDefault="00000000">
      <w:pPr>
        <w:pStyle w:val="ListBullet"/>
      </w:pPr>
      <w:r>
        <w:t>Self-attested educational certificates and mark sheets</w:t>
      </w:r>
    </w:p>
    <w:p w14:paraId="7C1C55FF" w14:textId="77777777" w:rsidR="00A32D45" w:rsidRDefault="00000000">
      <w:pPr>
        <w:pStyle w:val="ListBullet"/>
      </w:pPr>
      <w:r>
        <w:t>NET/M.Phil./Ph.D. certificate (if applicable)</w:t>
      </w:r>
    </w:p>
    <w:p w14:paraId="661C2087" w14:textId="77777777" w:rsidR="00A32D45" w:rsidRDefault="00000000">
      <w:pPr>
        <w:pStyle w:val="ListBullet"/>
      </w:pPr>
      <w:r>
        <w:t>Experience certificates</w:t>
      </w:r>
    </w:p>
    <w:p w14:paraId="6018D5D9" w14:textId="77777777" w:rsidR="00A32D45" w:rsidRDefault="00000000">
      <w:pPr>
        <w:pStyle w:val="ListBullet"/>
      </w:pPr>
      <w:r>
        <w:t>Publications (first page)/proof of conference presentations (if applicable)</w:t>
      </w:r>
    </w:p>
    <w:p w14:paraId="33D0DADF" w14:textId="77777777" w:rsidR="00A32D45" w:rsidRDefault="00000000">
      <w:pPr>
        <w:pStyle w:val="ListBullet"/>
      </w:pPr>
      <w:r>
        <w:t>Identity proof</w:t>
      </w:r>
    </w:p>
    <w:p w14:paraId="08C1944B" w14:textId="1CD302B4" w:rsidR="001D3E14" w:rsidRDefault="001D3E14">
      <w:pPr>
        <w:pStyle w:val="ListBullet"/>
      </w:pPr>
      <w:r>
        <w:t xml:space="preserve">Full CV </w:t>
      </w:r>
    </w:p>
    <w:p w14:paraId="6E696C35" w14:textId="77777777" w:rsidR="00A32D45" w:rsidRDefault="00000000">
      <w:pPr>
        <w:pStyle w:val="ListBullet"/>
      </w:pPr>
      <w:r>
        <w:t>Any other supporting document</w:t>
      </w:r>
    </w:p>
    <w:p w14:paraId="5D692D3B" w14:textId="77777777" w:rsidR="00A32D45" w:rsidRDefault="00000000">
      <w:pPr>
        <w:pStyle w:val="Heading2"/>
      </w:pPr>
      <w:r>
        <w:t>Declaration</w:t>
      </w:r>
    </w:p>
    <w:p w14:paraId="26F91391" w14:textId="77777777" w:rsidR="00A32D45" w:rsidRDefault="00000000">
      <w:r>
        <w:t>I hereby declare that the information furnished above is true and correct to the best of my knowledge. I understand that any false information or suppression of facts may lead to cancellation of my candidature or termination of my engagement. I also understand that the appointment is purely temporary, contractual and co-terminus with the project and does not confer any claim for regular appointment.</w:t>
      </w:r>
    </w:p>
    <w:p w14:paraId="3C706111" w14:textId="37BDC05D" w:rsidR="00A32D45" w:rsidRDefault="00000000">
      <w:r>
        <w:t>Date: ______________________</w:t>
      </w:r>
      <w:r>
        <w:tab/>
      </w:r>
      <w:r>
        <w:tab/>
      </w:r>
      <w:r>
        <w:tab/>
        <w:t>Signature of Applicant: ______________________</w:t>
      </w:r>
    </w:p>
    <w:p w14:paraId="754E2079" w14:textId="09EA14D6" w:rsidR="00697DE5" w:rsidRDefault="00697DE5">
      <w:r>
        <w:t>(Note.: Any section can be extended according to the space required for those details such as publication etc.</w:t>
      </w:r>
      <w:r w:rsidR="002449B0">
        <w:t xml:space="preserve"> also attach full a C.V. )</w:t>
      </w:r>
    </w:p>
    <w:sectPr w:rsidR="00697D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678930">
    <w:abstractNumId w:val="8"/>
  </w:num>
  <w:num w:numId="2" w16cid:durableId="1205797396">
    <w:abstractNumId w:val="6"/>
  </w:num>
  <w:num w:numId="3" w16cid:durableId="916287273">
    <w:abstractNumId w:val="5"/>
  </w:num>
  <w:num w:numId="4" w16cid:durableId="272442967">
    <w:abstractNumId w:val="4"/>
  </w:num>
  <w:num w:numId="5" w16cid:durableId="1813212011">
    <w:abstractNumId w:val="7"/>
  </w:num>
  <w:num w:numId="6" w16cid:durableId="1584534034">
    <w:abstractNumId w:val="3"/>
  </w:num>
  <w:num w:numId="7" w16cid:durableId="1140925873">
    <w:abstractNumId w:val="2"/>
  </w:num>
  <w:num w:numId="8" w16cid:durableId="707877206">
    <w:abstractNumId w:val="1"/>
  </w:num>
  <w:num w:numId="9" w16cid:durableId="51249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3E14"/>
    <w:rsid w:val="002449B0"/>
    <w:rsid w:val="0029639D"/>
    <w:rsid w:val="00326F90"/>
    <w:rsid w:val="003F472E"/>
    <w:rsid w:val="00417C2C"/>
    <w:rsid w:val="00477ABB"/>
    <w:rsid w:val="004E70BB"/>
    <w:rsid w:val="005626C3"/>
    <w:rsid w:val="00697DE5"/>
    <w:rsid w:val="0071496A"/>
    <w:rsid w:val="00A32D45"/>
    <w:rsid w:val="00A34BD3"/>
    <w:rsid w:val="00AA1D8D"/>
    <w:rsid w:val="00AB25C3"/>
    <w:rsid w:val="00B47730"/>
    <w:rsid w:val="00CB0664"/>
    <w:rsid w:val="00DB4297"/>
    <w:rsid w:val="00E25D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924836"/>
  <w14:defaultImageDpi w14:val="300"/>
  <w15:docId w15:val="{F9116065-64A3-4FDF-8057-9CB3CC29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Shujaudeen Chapparban</cp:lastModifiedBy>
  <cp:revision>10</cp:revision>
  <dcterms:created xsi:type="dcterms:W3CDTF">2013-12-23T23:15:00Z</dcterms:created>
  <dcterms:modified xsi:type="dcterms:W3CDTF">2026-07-28T09:50:00Z</dcterms:modified>
  <cp:category/>
</cp:coreProperties>
</file>